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ptos" w:hAnsi="Aptos"/>
          <w:b/>
          <w:i w:val="0"/>
          <w:color w:val="181916"/>
          <w:sz w:val="46"/>
        </w:rPr>
        <w:t>Himanshu Gupta</w:t>
      </w:r>
    </w:p>
    <w:p>
      <w:pPr>
        <w:spacing w:after="40"/>
      </w:pPr>
      <w:r>
        <w:t>PYTHON BACKEND ENGINEER</w:t>
      </w:r>
    </w:p>
    <w:p>
      <w:pPr>
        <w:spacing w:after="60"/>
      </w:pPr>
      <w:r>
        <w:t>Python · Django · Flask · REST APIs · PostgreSQL · JavaScript · Automation · AI APIs</w:t>
      </w:r>
    </w:p>
    <w:p>
      <w:pPr>
        <w:spacing w:after="100"/>
        <w:pBdr>
          <w:bottom w:val="single" w:sz="10" w:space="5" w:color="24251F"/>
        </w:pBdr>
      </w:pPr>
      <w:r>
        <w:rPr>
          <w:rFonts w:ascii="Aptos" w:hAnsi="Aptos"/>
          <w:b w:val="0"/>
          <w:i w:val="0"/>
          <w:color w:val="181916"/>
          <w:sz w:val="17"/>
        </w:rPr>
        <w:t>Lucknow, India  ·  imhimansu28@gmail.com  ·  github.com/imhimansu28</w:t>
      </w:r>
    </w:p>
    <w:p>
      <w:pPr>
        <w:spacing w:before="140" w:after="60"/>
        <w:pBdr>
          <w:bottom w:val="single" w:sz="6" w:space="5" w:color="D9D6CE"/>
        </w:pBdr>
      </w:pPr>
      <w:r>
        <w:rPr>
          <w:rFonts w:ascii="Aptos" w:hAnsi="Aptos"/>
          <w:b/>
          <w:i w:val="0"/>
          <w:color w:val="D63E23"/>
          <w:sz w:val="21"/>
        </w:rPr>
        <w:t>PROFESSIONAL SUMMARY</w:t>
      </w:r>
    </w:p>
    <w:p>
      <w:pPr>
        <w:spacing w:after="40"/>
      </w:pPr>
      <w:r>
        <w:t>Python backend engineer with 5+ years of experience building web applications, REST APIs, database-backed features, and automation. Experienced with Django, Flask, PostgreSQL, JavaScript, and AI API integration.</w:t>
      </w:r>
    </w:p>
    <w:p>
      <w:pPr>
        <w:spacing w:before="140" w:after="60"/>
        <w:pBdr>
          <w:bottom w:val="single" w:sz="6" w:space="5" w:color="D9D6CE"/>
        </w:pBdr>
      </w:pPr>
      <w:r>
        <w:rPr>
          <w:rFonts w:ascii="Aptos" w:hAnsi="Aptos"/>
          <w:b/>
          <w:i w:val="0"/>
          <w:color w:val="D63E23"/>
          <w:sz w:val="21"/>
        </w:rPr>
        <w:t>PROFESSIONAL EXPERIENCE</w:t>
      </w:r>
    </w:p>
    <w:p>
      <w:pPr>
        <w:spacing w:after="20"/>
      </w:pPr>
      <w:r>
        <w:rPr>
          <w:rFonts w:ascii="Aptos" w:hAnsi="Aptos"/>
          <w:b/>
          <w:i w:val="0"/>
          <w:color w:val="181916"/>
          <w:sz w:val="20"/>
        </w:rPr>
        <w:t>Software Engineer — Screener</w:t>
      </w:r>
      <w:r>
        <w:rPr>
          <w:rFonts w:ascii="Aptos" w:hAnsi="Aptos"/>
          <w:b/>
          <w:i w:val="0"/>
          <w:color w:val="D63E23"/>
          <w:sz w:val="16"/>
        </w:rPr>
        <w:t xml:space="preserve">  ·  Current</w:t>
      </w:r>
    </w:p>
    <w:p>
      <w:pPr>
        <w:pStyle w:val="ListBullet"/>
        <w:spacing w:after="30"/>
        <w:ind w:left="259" w:hanging="202"/>
      </w:pPr>
      <w:r>
        <w:t>Company product details and internal work are confidential.</w:t>
      </w:r>
    </w:p>
    <w:p>
      <w:pPr>
        <w:pStyle w:val="ListBullet"/>
        <w:spacing w:after="30"/>
        <w:ind w:left="259" w:hanging="202"/>
      </w:pPr>
      <w:r>
        <w:t>Public projects below provide code examples that can be discussed openly.</w:t>
      </w:r>
    </w:p>
    <w:p>
      <w:pPr>
        <w:spacing w:before="60" w:after="20"/>
      </w:pPr>
      <w:r>
        <w:rPr>
          <w:rFonts w:ascii="Aptos" w:hAnsi="Aptos"/>
          <w:b/>
          <w:i w:val="0"/>
          <w:color w:val="181916"/>
          <w:sz w:val="20"/>
        </w:rPr>
        <w:t>Python / Django Intern — Scimox</w:t>
      </w:r>
      <w:r>
        <w:rPr>
          <w:rFonts w:ascii="Aptos" w:hAnsi="Aptos"/>
          <w:b/>
          <w:i w:val="0"/>
          <w:color w:val="53544F"/>
          <w:sz w:val="16"/>
        </w:rPr>
        <w:t xml:space="preserve">  ·  2020–2021</w:t>
      </w:r>
    </w:p>
    <w:p>
      <w:pPr>
        <w:pStyle w:val="ListBullet"/>
        <w:spacing w:after="30"/>
        <w:ind w:left="259" w:hanging="202"/>
      </w:pPr>
      <w:r>
        <w:t>Built Django and Flask web applications with CRUD screens, user login, database connections, and responsive pages.</w:t>
      </w:r>
    </w:p>
    <w:p>
      <w:pPr>
        <w:spacing w:before="140" w:after="60"/>
        <w:pBdr>
          <w:bottom w:val="single" w:sz="6" w:space="5" w:color="D9D6CE"/>
        </w:pBdr>
      </w:pPr>
      <w:r>
        <w:rPr>
          <w:rFonts w:ascii="Aptos" w:hAnsi="Aptos"/>
          <w:b/>
          <w:i w:val="0"/>
          <w:color w:val="D63E23"/>
          <w:sz w:val="21"/>
        </w:rPr>
        <w:t>TECHNICAL SKILLS</w:t>
      </w:r>
    </w:p>
    <w:p>
      <w:pPr>
        <w:spacing w:after="20"/>
      </w:pPr>
      <w:r>
        <w:rPr>
          <w:rFonts w:ascii="Aptos" w:hAnsi="Aptos"/>
          <w:b/>
          <w:i w:val="0"/>
          <w:color w:val="181916"/>
          <w:sz w:val="17"/>
        </w:rPr>
        <w:t xml:space="preserve">Languages: </w:t>
      </w:r>
      <w:r>
        <w:rPr>
          <w:rFonts w:ascii="Aptos" w:hAnsi="Aptos"/>
          <w:b w:val="0"/>
          <w:i w:val="0"/>
          <w:color w:val="181916"/>
          <w:sz w:val="17"/>
        </w:rPr>
        <w:t>Python, JavaScript, SQL</w:t>
      </w:r>
    </w:p>
    <w:p>
      <w:pPr>
        <w:spacing w:after="20"/>
      </w:pPr>
      <w:r>
        <w:rPr>
          <w:rFonts w:ascii="Aptos" w:hAnsi="Aptos"/>
          <w:b/>
          <w:i w:val="0"/>
          <w:color w:val="181916"/>
          <w:sz w:val="17"/>
        </w:rPr>
        <w:t xml:space="preserve">Frameworks: </w:t>
      </w:r>
      <w:r>
        <w:rPr>
          <w:rFonts w:ascii="Aptos" w:hAnsi="Aptos"/>
          <w:b w:val="0"/>
          <w:i w:val="0"/>
          <w:color w:val="181916"/>
          <w:sz w:val="17"/>
        </w:rPr>
        <w:t>Django, Flask, Alpine.js</w:t>
      </w:r>
    </w:p>
    <w:p>
      <w:pPr>
        <w:spacing w:after="20"/>
      </w:pPr>
      <w:r>
        <w:rPr>
          <w:rFonts w:ascii="Aptos" w:hAnsi="Aptos"/>
          <w:b/>
          <w:i w:val="0"/>
          <w:color w:val="181916"/>
          <w:sz w:val="17"/>
        </w:rPr>
        <w:t xml:space="preserve">Backend: </w:t>
      </w:r>
      <w:r>
        <w:rPr>
          <w:rFonts w:ascii="Aptos" w:hAnsi="Aptos"/>
          <w:b w:val="0"/>
          <w:i w:val="0"/>
          <w:color w:val="181916"/>
          <w:sz w:val="17"/>
        </w:rPr>
        <w:t>REST APIs, authentication, business logic, integrations, automation, testing</w:t>
      </w:r>
    </w:p>
    <w:p>
      <w:pPr>
        <w:spacing w:after="20"/>
      </w:pPr>
      <w:r>
        <w:t>Databases: PostgreSQL, MySQL, SQLite, relational modeling, query design</w:t>
      </w:r>
    </w:p>
    <w:p>
      <w:pPr>
        <w:spacing w:after="20"/>
      </w:pPr>
      <w:r>
        <w:t>AI Integration: AI APIs, prompt design, workflow automation</w:t>
      </w:r>
    </w:p>
    <w:p>
      <w:pPr>
        <w:spacing w:after="20"/>
      </w:pPr>
      <w:r>
        <w:rPr>
          <w:rFonts w:ascii="Aptos" w:hAnsi="Aptos"/>
          <w:b/>
          <w:i w:val="0"/>
          <w:color w:val="181916"/>
          <w:sz w:val="17"/>
        </w:rPr>
        <w:t xml:space="preserve">Tools: </w:t>
      </w:r>
      <w:r>
        <w:rPr>
          <w:rFonts w:ascii="Aptos" w:hAnsi="Aptos"/>
          <w:b w:val="0"/>
          <w:i w:val="0"/>
          <w:color w:val="181916"/>
          <w:sz w:val="17"/>
        </w:rPr>
        <w:t>Git, GitHub, Linux, Docker (basic)</w:t>
      </w:r>
    </w:p>
    <w:p>
      <w:pPr>
        <w:spacing w:before="140" w:after="60"/>
        <w:pBdr>
          <w:bottom w:val="single" w:sz="6" w:space="5" w:color="D9D6CE"/>
        </w:pBdr>
      </w:pPr>
      <w:r>
        <w:rPr>
          <w:rFonts w:ascii="Aptos" w:hAnsi="Aptos"/>
          <w:b/>
          <w:i w:val="0"/>
          <w:color w:val="D63E23"/>
          <w:sz w:val="21"/>
        </w:rPr>
        <w:t>PUBLIC PROJECTS</w:t>
      </w:r>
    </w:p>
    <w:p>
      <w:pPr>
        <w:pStyle w:val="ListBullet"/>
        <w:spacing w:after="28"/>
        <w:ind w:left="259" w:hanging="202"/>
      </w:pPr>
      <w:r>
        <w:t>Bookmark Manager: Django application for importing browser bookmark JSON into user accounts, with authentication, MySQL storage, and pagination.</w:t>
      </w:r>
    </w:p>
    <w:p>
      <w:pPr>
        <w:pStyle w:val="ListBullet"/>
        <w:spacing w:after="28"/>
        <w:ind w:left="259" w:hanging="202"/>
      </w:pPr>
      <w:r>
        <w:t>Django OnlineShop: E-commerce application with products, accounts, cart, checkout, orders, reviews, and administration.</w:t>
      </w:r>
    </w:p>
    <w:p>
      <w:pPr>
        <w:pStyle w:val="ListBullet"/>
        <w:spacing w:after="28"/>
        <w:ind w:left="259" w:hanging="202"/>
      </w:pPr>
      <w:r>
        <w:t>Vim Mastery: JavaScript learning application with challenges, editor practice, flashcards, and saved progress.</w:t>
      </w:r>
    </w:p>
    <w:p>
      <w:pPr>
        <w:pStyle w:val="ListBullet"/>
        <w:spacing w:after="28"/>
        <w:ind w:left="259" w:hanging="202"/>
      </w:pPr>
      <w:r>
        <w:t>Wikipedia Search: Alpine.js application with asynchronous Wikipedia search and keyboard navigation.</w:t>
      </w:r>
    </w:p>
    <w:p>
      <w:pPr>
        <w:spacing w:before="140" w:after="60"/>
        <w:pBdr>
          <w:bottom w:val="single" w:sz="6" w:space="5" w:color="D9D6CE"/>
        </w:pBdr>
      </w:pPr>
      <w:r>
        <w:rPr>
          <w:rFonts w:ascii="Aptos" w:hAnsi="Aptos"/>
          <w:b/>
          <w:i w:val="0"/>
          <w:color w:val="D63E23"/>
          <w:sz w:val="21"/>
        </w:rPr>
        <w:t>EDUCATION &amp; CERTIFICATIONS</w:t>
      </w:r>
    </w:p>
    <w:p>
      <w:pPr>
        <w:spacing w:after="20"/>
      </w:pPr>
      <w:r>
        <w:rPr>
          <w:rFonts w:ascii="Aptos" w:hAnsi="Aptos"/>
          <w:b/>
          <w:i w:val="0"/>
          <w:color w:val="181916"/>
          <w:sz w:val="18"/>
        </w:rPr>
        <w:t>Diploma in Computer Science &amp; Engineering</w:t>
      </w:r>
      <w:r>
        <w:rPr>
          <w:rFonts w:ascii="Aptos" w:hAnsi="Aptos"/>
          <w:b w:val="0"/>
          <w:i w:val="0"/>
          <w:color w:val="181916"/>
          <w:sz w:val="18"/>
        </w:rPr>
        <w:t xml:space="preserve"> — Government Polytechnic, Unnao (2016–2019)</w:t>
      </w:r>
    </w:p>
    <w:p>
      <w:pPr>
        <w:spacing w:after="0"/>
      </w:pPr>
      <w:r>
        <w:rPr>
          <w:rFonts w:ascii="Aptos" w:hAnsi="Aptos"/>
          <w:b w:val="0"/>
          <w:i w:val="0"/>
          <w:color w:val="53544F"/>
          <w:sz w:val="17"/>
        </w:rPr>
        <w:t>NPTEL — Data Structures and Algorithms Using Python  ·  HackerRank — Problem Solving</w:t>
      </w:r>
    </w:p>
    <w:sectPr w:rsidR="00FC693F" w:rsidRPr="0006063C" w:rsidSect="00034616">
      <w:pgSz w:w="12240" w:h="15840"/>
      <w:pgMar w:top="691" w:right="835" w:bottom="691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50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Himanshu Gupta — Python Backend Engineer</dc:title>
  <dc:subject>Public résumé for Python backend engineering roles</dc:subject>
  <dc:creator>Himanshu Gupta</dc:creator>
  <cp:keywords>Python, Django, Flask, REST APIs, PostgreSQL, backend engineer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